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ayout w:type="fixed"/>
        <w:tblLook w:val="04A0" w:firstRow="1" w:lastRow="0" w:firstColumn="1" w:lastColumn="0" w:noHBand="0" w:noVBand="1"/>
      </w:tblPr>
      <w:tblGrid>
        <w:gridCol w:w="2660"/>
        <w:gridCol w:w="5953"/>
      </w:tblGrid>
      <w:tr w:rsidR="00F74D15" w14:paraId="7A0E1BB7" w14:textId="77777777" w:rsidTr="0044150D">
        <w:tc>
          <w:tcPr>
            <w:tcW w:w="2660" w:type="dxa"/>
          </w:tcPr>
          <w:p w14:paraId="670CE8F9" w14:textId="77777777" w:rsidR="00F74D15" w:rsidRDefault="00000000">
            <w:r>
              <w:rPr>
                <w:noProof/>
              </w:rPr>
              <w:drawing>
                <wp:inline distT="0" distB="0" distL="0" distR="0" wp14:anchorId="64A7056D" wp14:editId="76881770">
                  <wp:extent cx="936000" cy="93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6"/>
                          <a:stretch>
                            <a:fillRect/>
                          </a:stretch>
                        </pic:blipFill>
                        <pic:spPr>
                          <a:xfrm>
                            <a:off x="0" y="0"/>
                            <a:ext cx="936000" cy="936000"/>
                          </a:xfrm>
                          <a:prstGeom prst="rect">
                            <a:avLst/>
                          </a:prstGeom>
                        </pic:spPr>
                      </pic:pic>
                    </a:graphicData>
                  </a:graphic>
                </wp:inline>
              </w:drawing>
            </w:r>
          </w:p>
        </w:tc>
        <w:tc>
          <w:tcPr>
            <w:tcW w:w="5953" w:type="dxa"/>
          </w:tcPr>
          <w:p w14:paraId="755286E6" w14:textId="4A60594E" w:rsidR="00F74D15" w:rsidRDefault="00000000" w:rsidP="0044150D">
            <w:pPr>
              <w:spacing w:before="140"/>
              <w:jc w:val="center"/>
            </w:pPr>
            <w:r>
              <w:rPr>
                <w:b/>
                <w:sz w:val="18"/>
              </w:rPr>
              <w:t>T.C.</w:t>
            </w:r>
            <w:r>
              <w:rPr>
                <w:b/>
                <w:sz w:val="18"/>
              </w:rPr>
              <w:br/>
            </w:r>
            <w:r>
              <w:rPr>
                <w:b/>
              </w:rPr>
              <w:t>KAHRAMANMARAŞ SÜTÇÜ İMAM</w:t>
            </w:r>
            <w:r w:rsidR="0044150D">
              <w:rPr>
                <w:b/>
              </w:rPr>
              <w:t xml:space="preserve"> </w:t>
            </w:r>
            <w:r>
              <w:rPr>
                <w:b/>
              </w:rPr>
              <w:t>ÜNİVERSİTESİ</w:t>
            </w:r>
            <w:r>
              <w:rPr>
                <w:b/>
              </w:rPr>
              <w:br/>
              <w:t>LİSANSÜSTÜ EĞİTİM ENSTİTÜSÜ</w:t>
            </w:r>
            <w:r>
              <w:rPr>
                <w:b/>
              </w:rPr>
              <w:br/>
            </w:r>
          </w:p>
        </w:tc>
      </w:tr>
    </w:tbl>
    <w:p w14:paraId="0A4A268E" w14:textId="7FF3D1B3" w:rsidR="00F74D15" w:rsidRPr="006060DC" w:rsidRDefault="006060DC" w:rsidP="006060DC">
      <w:pPr>
        <w:pBdr>
          <w:bottom w:val="single" w:sz="10" w:space="0" w:color="C59C57"/>
        </w:pBdr>
        <w:spacing w:after="240"/>
        <w:ind w:left="1985"/>
        <w:jc w:val="center"/>
        <w:rPr>
          <w:b/>
          <w:bCs/>
        </w:rPr>
      </w:pPr>
      <w:r w:rsidRPr="006060DC">
        <w:rPr>
          <w:b/>
          <w:bCs/>
        </w:rPr>
        <w:t>7592 SAYILI KANUN KAPSAMINDA</w:t>
      </w:r>
      <w:r>
        <w:rPr>
          <w:b/>
          <w:bCs/>
        </w:rPr>
        <w:t xml:space="preserve"> </w:t>
      </w:r>
      <w:r w:rsidRPr="006060DC">
        <w:rPr>
          <w:b/>
          <w:bCs/>
        </w:rPr>
        <w:t>ÖĞRENCİ AFFI BAŞVURU FORMU</w:t>
      </w:r>
    </w:p>
    <w:p w14:paraId="3130D6FB" w14:textId="3BEAFC0B" w:rsidR="00F74D15" w:rsidRDefault="00000000" w:rsidP="0044150D">
      <w:pPr>
        <w:spacing w:after="100"/>
        <w:ind w:firstLine="720"/>
        <w:jc w:val="both"/>
      </w:pPr>
      <w:r>
        <w:t>09.08.2026 tarihli Resmî Gazete’de yayımlanarak yürürlüğe giren 7592 sayılı Yükseköğretim Kanunu ve Bazı Kanunlarda Değişiklik Yapılmasına Dair Kanun ile 2547 sayılı Yükseköğretim Kanunu’na eklenen Geçici 85 inci madde kapsamında öğrenci affından yararlanarak 2026-2027 eğitim-öğretim yılında aşağıda belirtilen lisansüstü programda öğrenimime yeniden devam etmek istiyorum.</w:t>
      </w:r>
    </w:p>
    <w:p w14:paraId="39B42EBB" w14:textId="77777777" w:rsidR="00F74D15" w:rsidRDefault="00000000" w:rsidP="002A4700">
      <w:pPr>
        <w:spacing w:after="160"/>
        <w:ind w:firstLine="720"/>
      </w:pPr>
      <w:r>
        <w:t>Gereğini arz ederim.</w:t>
      </w:r>
    </w:p>
    <w:p w14:paraId="507183B7" w14:textId="77777777" w:rsidR="00F74D15" w:rsidRDefault="00000000">
      <w:pPr>
        <w:pBdr>
          <w:bottom w:val="single" w:sz="8" w:space="0" w:color="D5BC8A"/>
        </w:pBdr>
        <w:spacing w:before="120" w:after="100"/>
      </w:pPr>
      <w:r>
        <w:rPr>
          <w:b/>
        </w:rPr>
        <w:t>KİMLİK VE PROGRAM BİLGİLERİ</w:t>
      </w:r>
    </w:p>
    <w:tbl>
      <w:tblPr>
        <w:tblW w:w="0" w:type="auto"/>
        <w:tblLayout w:type="fixed"/>
        <w:tblLook w:val="04A0" w:firstRow="1" w:lastRow="0" w:firstColumn="1" w:lastColumn="0" w:noHBand="0" w:noVBand="1"/>
      </w:tblPr>
      <w:tblGrid>
        <w:gridCol w:w="3572"/>
        <w:gridCol w:w="5839"/>
      </w:tblGrid>
      <w:tr w:rsidR="00F74D15" w14:paraId="44C2579A" w14:textId="77777777">
        <w:tc>
          <w:tcPr>
            <w:tcW w:w="3572" w:type="dxa"/>
            <w:vAlign w:val="center"/>
          </w:tcPr>
          <w:p w14:paraId="2DD6DDC5" w14:textId="77777777" w:rsidR="00F74D15" w:rsidRDefault="00000000">
            <w:pPr>
              <w:spacing w:after="140"/>
            </w:pPr>
            <w:r>
              <w:rPr>
                <w:b/>
              </w:rPr>
              <w:t>T.C. kimlik numarası</w:t>
            </w:r>
          </w:p>
        </w:tc>
        <w:tc>
          <w:tcPr>
            <w:tcW w:w="5839" w:type="dxa"/>
            <w:vAlign w:val="center"/>
          </w:tcPr>
          <w:p w14:paraId="2706A3B0" w14:textId="77777777" w:rsidR="00F74D15" w:rsidRDefault="00000000">
            <w:pPr>
              <w:spacing w:after="140"/>
            </w:pPr>
            <w:r>
              <w:t>..............................................................................</w:t>
            </w:r>
          </w:p>
        </w:tc>
      </w:tr>
      <w:tr w:rsidR="00F74D15" w14:paraId="09F0A370" w14:textId="77777777">
        <w:tc>
          <w:tcPr>
            <w:tcW w:w="3572" w:type="dxa"/>
            <w:vAlign w:val="center"/>
          </w:tcPr>
          <w:p w14:paraId="6EA77F6A" w14:textId="77777777" w:rsidR="00F74D15" w:rsidRDefault="00000000">
            <w:pPr>
              <w:spacing w:after="140"/>
            </w:pPr>
            <w:r>
              <w:rPr>
                <w:b/>
              </w:rPr>
              <w:t>Adı ve soyadı</w:t>
            </w:r>
          </w:p>
        </w:tc>
        <w:tc>
          <w:tcPr>
            <w:tcW w:w="5839" w:type="dxa"/>
            <w:vAlign w:val="center"/>
          </w:tcPr>
          <w:p w14:paraId="2AD008DC" w14:textId="77777777" w:rsidR="00F74D15" w:rsidRDefault="00000000">
            <w:pPr>
              <w:spacing w:after="140"/>
            </w:pPr>
            <w:r>
              <w:t>..............................................................................</w:t>
            </w:r>
          </w:p>
        </w:tc>
      </w:tr>
      <w:tr w:rsidR="00F74D15" w14:paraId="01E4D810" w14:textId="77777777">
        <w:tc>
          <w:tcPr>
            <w:tcW w:w="3572" w:type="dxa"/>
            <w:vAlign w:val="center"/>
          </w:tcPr>
          <w:p w14:paraId="6FBAA60C" w14:textId="77777777" w:rsidR="00F74D15" w:rsidRDefault="00000000">
            <w:pPr>
              <w:spacing w:after="220"/>
            </w:pPr>
            <w:r>
              <w:rPr>
                <w:b/>
              </w:rPr>
              <w:t>Kayıtlı olduğu akademik derece</w:t>
            </w:r>
          </w:p>
        </w:tc>
        <w:tc>
          <w:tcPr>
            <w:tcW w:w="5839" w:type="dxa"/>
            <w:vAlign w:val="center"/>
          </w:tcPr>
          <w:p w14:paraId="66811A8F" w14:textId="0280FBD0" w:rsidR="00F74D15" w:rsidRDefault="0044150D">
            <w:pPr>
              <w:spacing w:after="220"/>
            </w:pPr>
            <w:r>
              <w:rPr>
                <w:color w:val="000000" w:themeColor="text1"/>
                <w:szCs w:val="20"/>
              </w:rPr>
              <w:fldChar w:fldCharType="begin">
                <w:ffData>
                  <w:name w:val=""/>
                  <w:enabled/>
                  <w:calcOnExit w:val="0"/>
                  <w:checkBox>
                    <w:sizeAuto/>
                    <w:default w:val="0"/>
                  </w:checkBox>
                </w:ffData>
              </w:fldChar>
            </w:r>
            <w:r>
              <w:rPr>
                <w:color w:val="000000" w:themeColor="text1"/>
                <w:szCs w:val="20"/>
              </w:rPr>
              <w:instrText xml:space="preserve"> FORMCHECKBOX </w:instrText>
            </w:r>
            <w:r>
              <w:rPr>
                <w:color w:val="000000" w:themeColor="text1"/>
                <w:szCs w:val="20"/>
              </w:rPr>
            </w:r>
            <w:r>
              <w:rPr>
                <w:color w:val="000000" w:themeColor="text1"/>
                <w:szCs w:val="20"/>
              </w:rPr>
              <w:fldChar w:fldCharType="separate"/>
            </w:r>
            <w:r>
              <w:rPr>
                <w:color w:val="000000" w:themeColor="text1"/>
                <w:szCs w:val="20"/>
              </w:rPr>
              <w:fldChar w:fldCharType="end"/>
            </w:r>
            <w:r w:rsidRPr="001D40A9">
              <w:rPr>
                <w:color w:val="000000" w:themeColor="text1"/>
                <w:sz w:val="28"/>
                <w:szCs w:val="18"/>
              </w:rPr>
              <w:t xml:space="preserve"> </w:t>
            </w:r>
            <w:r>
              <w:t xml:space="preserve">Tezsiz yüksek lisans    </w:t>
            </w:r>
            <w:r>
              <w:rPr>
                <w:color w:val="000000" w:themeColor="text1"/>
                <w:szCs w:val="20"/>
              </w:rPr>
              <w:fldChar w:fldCharType="begin">
                <w:ffData>
                  <w:name w:val=""/>
                  <w:enabled/>
                  <w:calcOnExit w:val="0"/>
                  <w:checkBox>
                    <w:sizeAuto/>
                    <w:default w:val="0"/>
                  </w:checkBox>
                </w:ffData>
              </w:fldChar>
            </w:r>
            <w:r>
              <w:rPr>
                <w:color w:val="000000" w:themeColor="text1"/>
                <w:szCs w:val="20"/>
              </w:rPr>
              <w:instrText xml:space="preserve"> FORMCHECKBOX </w:instrText>
            </w:r>
            <w:r>
              <w:rPr>
                <w:color w:val="000000" w:themeColor="text1"/>
                <w:szCs w:val="20"/>
              </w:rPr>
            </w:r>
            <w:r>
              <w:rPr>
                <w:color w:val="000000" w:themeColor="text1"/>
                <w:szCs w:val="20"/>
              </w:rPr>
              <w:fldChar w:fldCharType="separate"/>
            </w:r>
            <w:r>
              <w:rPr>
                <w:color w:val="000000" w:themeColor="text1"/>
                <w:szCs w:val="20"/>
              </w:rPr>
              <w:fldChar w:fldCharType="end"/>
            </w:r>
            <w:r w:rsidRPr="001D40A9">
              <w:rPr>
                <w:color w:val="000000" w:themeColor="text1"/>
                <w:sz w:val="28"/>
                <w:szCs w:val="18"/>
              </w:rPr>
              <w:t xml:space="preserve"> </w:t>
            </w:r>
            <w:r>
              <w:t>Tezli yüksek lisans</w:t>
            </w:r>
            <w:r>
              <w:br/>
            </w:r>
            <w:r>
              <w:rPr>
                <w:color w:val="000000" w:themeColor="text1"/>
                <w:szCs w:val="20"/>
              </w:rPr>
              <w:fldChar w:fldCharType="begin">
                <w:ffData>
                  <w:name w:val=""/>
                  <w:enabled/>
                  <w:calcOnExit w:val="0"/>
                  <w:checkBox>
                    <w:sizeAuto/>
                    <w:default w:val="0"/>
                  </w:checkBox>
                </w:ffData>
              </w:fldChar>
            </w:r>
            <w:r>
              <w:rPr>
                <w:color w:val="000000" w:themeColor="text1"/>
                <w:szCs w:val="20"/>
              </w:rPr>
              <w:instrText xml:space="preserve"> FORMCHECKBOX </w:instrText>
            </w:r>
            <w:r>
              <w:rPr>
                <w:color w:val="000000" w:themeColor="text1"/>
                <w:szCs w:val="20"/>
              </w:rPr>
            </w:r>
            <w:r>
              <w:rPr>
                <w:color w:val="000000" w:themeColor="text1"/>
                <w:szCs w:val="20"/>
              </w:rPr>
              <w:fldChar w:fldCharType="separate"/>
            </w:r>
            <w:r>
              <w:rPr>
                <w:color w:val="000000" w:themeColor="text1"/>
                <w:szCs w:val="20"/>
              </w:rPr>
              <w:fldChar w:fldCharType="end"/>
            </w:r>
            <w:r w:rsidRPr="001D40A9">
              <w:rPr>
                <w:color w:val="000000" w:themeColor="text1"/>
                <w:sz w:val="28"/>
                <w:szCs w:val="18"/>
              </w:rPr>
              <w:t xml:space="preserve"> </w:t>
            </w:r>
            <w:r>
              <w:t>Doktora</w:t>
            </w:r>
          </w:p>
        </w:tc>
      </w:tr>
      <w:tr w:rsidR="00F74D15" w14:paraId="5EB75577" w14:textId="77777777">
        <w:tc>
          <w:tcPr>
            <w:tcW w:w="3572" w:type="dxa"/>
            <w:vAlign w:val="center"/>
          </w:tcPr>
          <w:p w14:paraId="434197CF" w14:textId="77777777" w:rsidR="00F74D15" w:rsidRDefault="00000000">
            <w:pPr>
              <w:spacing w:after="140"/>
            </w:pPr>
            <w:r>
              <w:rPr>
                <w:b/>
              </w:rPr>
              <w:t>Ana bilim dalı / program</w:t>
            </w:r>
          </w:p>
        </w:tc>
        <w:tc>
          <w:tcPr>
            <w:tcW w:w="5839" w:type="dxa"/>
            <w:vAlign w:val="center"/>
          </w:tcPr>
          <w:p w14:paraId="4669AA4E" w14:textId="77777777" w:rsidR="00F74D15" w:rsidRDefault="00000000">
            <w:pPr>
              <w:spacing w:after="140"/>
            </w:pPr>
            <w:r>
              <w:t>..............................................................................</w:t>
            </w:r>
          </w:p>
        </w:tc>
      </w:tr>
      <w:tr w:rsidR="00F74D15" w14:paraId="6152B99F" w14:textId="77777777">
        <w:tc>
          <w:tcPr>
            <w:tcW w:w="3572" w:type="dxa"/>
            <w:vAlign w:val="center"/>
          </w:tcPr>
          <w:p w14:paraId="3A569BFC" w14:textId="77777777" w:rsidR="00F74D15" w:rsidRDefault="00000000">
            <w:pPr>
              <w:spacing w:after="220"/>
            </w:pPr>
            <w:r>
              <w:rPr>
                <w:b/>
              </w:rPr>
              <w:t>Hâlen başka bir lisansüstü programa kayıtlı mı?</w:t>
            </w:r>
          </w:p>
        </w:tc>
        <w:tc>
          <w:tcPr>
            <w:tcW w:w="5839" w:type="dxa"/>
            <w:vAlign w:val="center"/>
          </w:tcPr>
          <w:p w14:paraId="27AADFA6" w14:textId="69BBA1F4" w:rsidR="00F74D15" w:rsidRDefault="0044150D">
            <w:pPr>
              <w:spacing w:after="220"/>
            </w:pPr>
            <w:r>
              <w:rPr>
                <w:color w:val="000000" w:themeColor="text1"/>
                <w:szCs w:val="20"/>
              </w:rPr>
              <w:fldChar w:fldCharType="begin">
                <w:ffData>
                  <w:name w:val=""/>
                  <w:enabled/>
                  <w:calcOnExit w:val="0"/>
                  <w:checkBox>
                    <w:sizeAuto/>
                    <w:default w:val="0"/>
                  </w:checkBox>
                </w:ffData>
              </w:fldChar>
            </w:r>
            <w:r>
              <w:rPr>
                <w:color w:val="000000" w:themeColor="text1"/>
                <w:szCs w:val="20"/>
              </w:rPr>
              <w:instrText xml:space="preserve"> FORMCHECKBOX </w:instrText>
            </w:r>
            <w:r>
              <w:rPr>
                <w:color w:val="000000" w:themeColor="text1"/>
                <w:szCs w:val="20"/>
              </w:rPr>
            </w:r>
            <w:r>
              <w:rPr>
                <w:color w:val="000000" w:themeColor="text1"/>
                <w:szCs w:val="20"/>
              </w:rPr>
              <w:fldChar w:fldCharType="separate"/>
            </w:r>
            <w:r>
              <w:rPr>
                <w:color w:val="000000" w:themeColor="text1"/>
                <w:szCs w:val="20"/>
              </w:rPr>
              <w:fldChar w:fldCharType="end"/>
            </w:r>
            <w:r w:rsidRPr="001D40A9">
              <w:rPr>
                <w:color w:val="000000" w:themeColor="text1"/>
                <w:sz w:val="28"/>
                <w:szCs w:val="18"/>
              </w:rPr>
              <w:t xml:space="preserve"> </w:t>
            </w:r>
            <w:r>
              <w:t xml:space="preserve">Evet      </w:t>
            </w:r>
            <w:r>
              <w:rPr>
                <w:color w:val="000000" w:themeColor="text1"/>
                <w:szCs w:val="20"/>
              </w:rPr>
              <w:fldChar w:fldCharType="begin">
                <w:ffData>
                  <w:name w:val=""/>
                  <w:enabled/>
                  <w:calcOnExit w:val="0"/>
                  <w:checkBox>
                    <w:sizeAuto/>
                    <w:default w:val="0"/>
                  </w:checkBox>
                </w:ffData>
              </w:fldChar>
            </w:r>
            <w:r>
              <w:rPr>
                <w:color w:val="000000" w:themeColor="text1"/>
                <w:szCs w:val="20"/>
              </w:rPr>
              <w:instrText xml:space="preserve"> FORMCHECKBOX </w:instrText>
            </w:r>
            <w:r>
              <w:rPr>
                <w:color w:val="000000" w:themeColor="text1"/>
                <w:szCs w:val="20"/>
              </w:rPr>
            </w:r>
            <w:r>
              <w:rPr>
                <w:color w:val="000000" w:themeColor="text1"/>
                <w:szCs w:val="20"/>
              </w:rPr>
              <w:fldChar w:fldCharType="separate"/>
            </w:r>
            <w:r>
              <w:rPr>
                <w:color w:val="000000" w:themeColor="text1"/>
                <w:szCs w:val="20"/>
              </w:rPr>
              <w:fldChar w:fldCharType="end"/>
            </w:r>
            <w:r w:rsidRPr="001D40A9">
              <w:rPr>
                <w:color w:val="000000" w:themeColor="text1"/>
                <w:sz w:val="28"/>
                <w:szCs w:val="18"/>
              </w:rPr>
              <w:t xml:space="preserve"> </w:t>
            </w:r>
            <w:r>
              <w:t>Hayır</w:t>
            </w:r>
            <w:r>
              <w:br/>
              <w:t>Evet ise üniversite ve program adı: .............................</w:t>
            </w:r>
          </w:p>
        </w:tc>
      </w:tr>
      <w:tr w:rsidR="00F74D15" w14:paraId="670C1BCA" w14:textId="77777777">
        <w:tc>
          <w:tcPr>
            <w:tcW w:w="3572" w:type="dxa"/>
            <w:vAlign w:val="center"/>
          </w:tcPr>
          <w:p w14:paraId="3DA7EC31" w14:textId="77777777" w:rsidR="00F74D15" w:rsidRDefault="00000000">
            <w:pPr>
              <w:spacing w:after="220"/>
            </w:pPr>
            <w:r>
              <w:rPr>
                <w:b/>
              </w:rPr>
              <w:t>Askerlik durumu</w:t>
            </w:r>
          </w:p>
        </w:tc>
        <w:tc>
          <w:tcPr>
            <w:tcW w:w="5839" w:type="dxa"/>
            <w:vAlign w:val="center"/>
          </w:tcPr>
          <w:p w14:paraId="6E1CEF10" w14:textId="3F92AB99" w:rsidR="00F74D15" w:rsidRDefault="0044150D">
            <w:pPr>
              <w:spacing w:after="220"/>
            </w:pPr>
            <w:r>
              <w:rPr>
                <w:color w:val="000000" w:themeColor="text1"/>
                <w:szCs w:val="20"/>
              </w:rPr>
              <w:fldChar w:fldCharType="begin">
                <w:ffData>
                  <w:name w:val=""/>
                  <w:enabled/>
                  <w:calcOnExit w:val="0"/>
                  <w:checkBox>
                    <w:sizeAuto/>
                    <w:default w:val="0"/>
                  </w:checkBox>
                </w:ffData>
              </w:fldChar>
            </w:r>
            <w:r>
              <w:rPr>
                <w:color w:val="000000" w:themeColor="text1"/>
                <w:szCs w:val="20"/>
              </w:rPr>
              <w:instrText xml:space="preserve"> FORMCHECKBOX </w:instrText>
            </w:r>
            <w:r>
              <w:rPr>
                <w:color w:val="000000" w:themeColor="text1"/>
                <w:szCs w:val="20"/>
              </w:rPr>
            </w:r>
            <w:r>
              <w:rPr>
                <w:color w:val="000000" w:themeColor="text1"/>
                <w:szCs w:val="20"/>
              </w:rPr>
              <w:fldChar w:fldCharType="separate"/>
            </w:r>
            <w:r>
              <w:rPr>
                <w:color w:val="000000" w:themeColor="text1"/>
                <w:szCs w:val="20"/>
              </w:rPr>
              <w:fldChar w:fldCharType="end"/>
            </w:r>
            <w:r w:rsidRPr="001D40A9">
              <w:rPr>
                <w:color w:val="000000" w:themeColor="text1"/>
                <w:sz w:val="28"/>
                <w:szCs w:val="18"/>
              </w:rPr>
              <w:t xml:space="preserve"> </w:t>
            </w:r>
            <w:r>
              <w:t xml:space="preserve">Yapmış      </w:t>
            </w:r>
            <w:r>
              <w:rPr>
                <w:color w:val="000000" w:themeColor="text1"/>
                <w:szCs w:val="20"/>
              </w:rPr>
              <w:fldChar w:fldCharType="begin">
                <w:ffData>
                  <w:name w:val=""/>
                  <w:enabled/>
                  <w:calcOnExit w:val="0"/>
                  <w:checkBox>
                    <w:sizeAuto/>
                    <w:default w:val="0"/>
                  </w:checkBox>
                </w:ffData>
              </w:fldChar>
            </w:r>
            <w:r>
              <w:rPr>
                <w:color w:val="000000" w:themeColor="text1"/>
                <w:szCs w:val="20"/>
              </w:rPr>
              <w:instrText xml:space="preserve"> FORMCHECKBOX </w:instrText>
            </w:r>
            <w:r>
              <w:rPr>
                <w:color w:val="000000" w:themeColor="text1"/>
                <w:szCs w:val="20"/>
              </w:rPr>
            </w:r>
            <w:r>
              <w:rPr>
                <w:color w:val="000000" w:themeColor="text1"/>
                <w:szCs w:val="20"/>
              </w:rPr>
              <w:fldChar w:fldCharType="separate"/>
            </w:r>
            <w:r>
              <w:rPr>
                <w:color w:val="000000" w:themeColor="text1"/>
                <w:szCs w:val="20"/>
              </w:rPr>
              <w:fldChar w:fldCharType="end"/>
            </w:r>
            <w:r w:rsidRPr="001D40A9">
              <w:rPr>
                <w:color w:val="000000" w:themeColor="text1"/>
                <w:sz w:val="28"/>
                <w:szCs w:val="18"/>
              </w:rPr>
              <w:t xml:space="preserve"> </w:t>
            </w:r>
            <w:r>
              <w:t xml:space="preserve">Tecilli      </w:t>
            </w:r>
            <w:r>
              <w:rPr>
                <w:color w:val="000000" w:themeColor="text1"/>
                <w:szCs w:val="20"/>
              </w:rPr>
              <w:fldChar w:fldCharType="begin">
                <w:ffData>
                  <w:name w:val=""/>
                  <w:enabled/>
                  <w:calcOnExit w:val="0"/>
                  <w:checkBox>
                    <w:sizeAuto/>
                    <w:default w:val="0"/>
                  </w:checkBox>
                </w:ffData>
              </w:fldChar>
            </w:r>
            <w:r>
              <w:rPr>
                <w:color w:val="000000" w:themeColor="text1"/>
                <w:szCs w:val="20"/>
              </w:rPr>
              <w:instrText xml:space="preserve"> FORMCHECKBOX </w:instrText>
            </w:r>
            <w:r>
              <w:rPr>
                <w:color w:val="000000" w:themeColor="text1"/>
                <w:szCs w:val="20"/>
              </w:rPr>
            </w:r>
            <w:r>
              <w:rPr>
                <w:color w:val="000000" w:themeColor="text1"/>
                <w:szCs w:val="20"/>
              </w:rPr>
              <w:fldChar w:fldCharType="separate"/>
            </w:r>
            <w:r>
              <w:rPr>
                <w:color w:val="000000" w:themeColor="text1"/>
                <w:szCs w:val="20"/>
              </w:rPr>
              <w:fldChar w:fldCharType="end"/>
            </w:r>
            <w:r w:rsidRPr="001D40A9">
              <w:rPr>
                <w:color w:val="000000" w:themeColor="text1"/>
                <w:sz w:val="28"/>
                <w:szCs w:val="18"/>
              </w:rPr>
              <w:t xml:space="preserve"> </w:t>
            </w:r>
            <w:r>
              <w:t>Muaf</w:t>
            </w:r>
            <w:r>
              <w:br/>
            </w:r>
            <w:r>
              <w:rPr>
                <w:color w:val="000000" w:themeColor="text1"/>
                <w:szCs w:val="20"/>
              </w:rPr>
              <w:fldChar w:fldCharType="begin">
                <w:ffData>
                  <w:name w:val=""/>
                  <w:enabled/>
                  <w:calcOnExit w:val="0"/>
                  <w:checkBox>
                    <w:sizeAuto/>
                    <w:default w:val="0"/>
                  </w:checkBox>
                </w:ffData>
              </w:fldChar>
            </w:r>
            <w:r>
              <w:rPr>
                <w:color w:val="000000" w:themeColor="text1"/>
                <w:szCs w:val="20"/>
              </w:rPr>
              <w:instrText xml:space="preserve"> FORMCHECKBOX </w:instrText>
            </w:r>
            <w:r>
              <w:rPr>
                <w:color w:val="000000" w:themeColor="text1"/>
                <w:szCs w:val="20"/>
              </w:rPr>
            </w:r>
            <w:r>
              <w:rPr>
                <w:color w:val="000000" w:themeColor="text1"/>
                <w:szCs w:val="20"/>
              </w:rPr>
              <w:fldChar w:fldCharType="separate"/>
            </w:r>
            <w:r>
              <w:rPr>
                <w:color w:val="000000" w:themeColor="text1"/>
                <w:szCs w:val="20"/>
              </w:rPr>
              <w:fldChar w:fldCharType="end"/>
            </w:r>
            <w:r w:rsidRPr="001D40A9">
              <w:rPr>
                <w:color w:val="000000" w:themeColor="text1"/>
                <w:sz w:val="28"/>
                <w:szCs w:val="18"/>
              </w:rPr>
              <w:t xml:space="preserve"> </w:t>
            </w:r>
            <w:r>
              <w:t>Hâlen askerlik görevinde</w:t>
            </w:r>
          </w:p>
        </w:tc>
      </w:tr>
      <w:tr w:rsidR="00F74D15" w14:paraId="7C45B37D" w14:textId="77777777">
        <w:tc>
          <w:tcPr>
            <w:tcW w:w="3572" w:type="dxa"/>
            <w:vAlign w:val="center"/>
          </w:tcPr>
          <w:p w14:paraId="569312A3" w14:textId="77777777" w:rsidR="00F74D15" w:rsidRDefault="00000000">
            <w:pPr>
              <w:spacing w:after="220"/>
            </w:pPr>
            <w:r>
              <w:rPr>
                <w:b/>
              </w:rPr>
              <w:t>Adres</w:t>
            </w:r>
          </w:p>
        </w:tc>
        <w:tc>
          <w:tcPr>
            <w:tcW w:w="5839" w:type="dxa"/>
            <w:vAlign w:val="center"/>
          </w:tcPr>
          <w:p w14:paraId="633ED386" w14:textId="77777777" w:rsidR="00F74D15" w:rsidRDefault="00000000">
            <w:pPr>
              <w:spacing w:after="220"/>
            </w:pPr>
            <w:r>
              <w:t>..............................................................................</w:t>
            </w:r>
            <w:r>
              <w:br/>
              <w:t>..............................................................................</w:t>
            </w:r>
          </w:p>
        </w:tc>
      </w:tr>
      <w:tr w:rsidR="00F74D15" w14:paraId="4035604E" w14:textId="77777777">
        <w:tc>
          <w:tcPr>
            <w:tcW w:w="3572" w:type="dxa"/>
            <w:vAlign w:val="center"/>
          </w:tcPr>
          <w:p w14:paraId="1903AD43" w14:textId="77777777" w:rsidR="00F74D15" w:rsidRDefault="00000000">
            <w:pPr>
              <w:spacing w:after="140"/>
            </w:pPr>
            <w:r>
              <w:rPr>
                <w:b/>
              </w:rPr>
              <w:t>Cep telefonu</w:t>
            </w:r>
          </w:p>
        </w:tc>
        <w:tc>
          <w:tcPr>
            <w:tcW w:w="5839" w:type="dxa"/>
            <w:vAlign w:val="center"/>
          </w:tcPr>
          <w:p w14:paraId="3D1A9791" w14:textId="77777777" w:rsidR="00F74D15" w:rsidRDefault="00000000">
            <w:pPr>
              <w:spacing w:after="140"/>
            </w:pPr>
            <w:r>
              <w:t>..............................................................................</w:t>
            </w:r>
          </w:p>
        </w:tc>
      </w:tr>
      <w:tr w:rsidR="00F74D15" w14:paraId="529FF004" w14:textId="77777777">
        <w:tc>
          <w:tcPr>
            <w:tcW w:w="3572" w:type="dxa"/>
            <w:vAlign w:val="center"/>
          </w:tcPr>
          <w:p w14:paraId="5ABC66E0" w14:textId="77777777" w:rsidR="00F74D15" w:rsidRDefault="00000000">
            <w:pPr>
              <w:spacing w:after="140"/>
            </w:pPr>
            <w:r>
              <w:rPr>
                <w:b/>
              </w:rPr>
              <w:t>E-posta adresi</w:t>
            </w:r>
          </w:p>
        </w:tc>
        <w:tc>
          <w:tcPr>
            <w:tcW w:w="5839" w:type="dxa"/>
            <w:vAlign w:val="center"/>
          </w:tcPr>
          <w:p w14:paraId="08C397B7" w14:textId="77777777" w:rsidR="00F74D15" w:rsidRDefault="00000000">
            <w:pPr>
              <w:spacing w:after="140"/>
            </w:pPr>
            <w:r>
              <w:t>..............................................................................</w:t>
            </w:r>
          </w:p>
        </w:tc>
      </w:tr>
    </w:tbl>
    <w:p w14:paraId="5CC7AD8E" w14:textId="77777777" w:rsidR="00F74D15" w:rsidRDefault="00000000" w:rsidP="0044150D">
      <w:pPr>
        <w:spacing w:before="140" w:after="140"/>
        <w:ind w:firstLine="720"/>
        <w:jc w:val="both"/>
      </w:pPr>
      <w:r>
        <w:t>Yukarıda beyan ettiğim ve başvuruma eklediğim bilgi ve belgelerin doğru ve gerçeğe uygun olduğunu, gerçeğe aykırılık veya sahte belge ve beyan tespit edilmesi hâlinde; başvurumun ve bu başvuruya dayanılarak kazanabileceğim hakların geçersiz sayılacağını, bu durumda herhangi bir hak talebinde bulunmayacağımı kabul, beyan ve taahhüt ederim.</w:t>
      </w:r>
    </w:p>
    <w:tbl>
      <w:tblPr>
        <w:tblW w:w="0" w:type="auto"/>
        <w:tblLayout w:type="fixed"/>
        <w:tblLook w:val="04A0" w:firstRow="1" w:lastRow="0" w:firstColumn="1" w:lastColumn="0" w:noHBand="0" w:noVBand="1"/>
      </w:tblPr>
      <w:tblGrid>
        <w:gridCol w:w="4734"/>
        <w:gridCol w:w="4734"/>
      </w:tblGrid>
      <w:tr w:rsidR="00F74D15" w14:paraId="7C4DEFD7" w14:textId="77777777">
        <w:tc>
          <w:tcPr>
            <w:tcW w:w="4734" w:type="dxa"/>
          </w:tcPr>
          <w:p w14:paraId="735A1433" w14:textId="77777777" w:rsidR="00F74D15" w:rsidRDefault="00F74D15"/>
        </w:tc>
        <w:tc>
          <w:tcPr>
            <w:tcW w:w="4734" w:type="dxa"/>
          </w:tcPr>
          <w:p w14:paraId="61C5CCC8" w14:textId="61E88451" w:rsidR="00F74D15" w:rsidRDefault="00000000">
            <w:r>
              <w:t>Adı soyadı :  .......................................</w:t>
            </w:r>
            <w:r>
              <w:br/>
              <w:t>Tarih          :  ....... / ....... / 202</w:t>
            </w:r>
            <w:r w:rsidR="0044150D">
              <w:t>…</w:t>
            </w:r>
            <w:r>
              <w:br/>
              <w:t>İmza           :  .......................................</w:t>
            </w:r>
          </w:p>
        </w:tc>
      </w:tr>
    </w:tbl>
    <w:p w14:paraId="54F70D7B" w14:textId="77777777" w:rsidR="00F74D15" w:rsidRDefault="00000000">
      <w:pPr>
        <w:pBdr>
          <w:bottom w:val="single" w:sz="8" w:space="0" w:color="D5BC8A"/>
        </w:pBdr>
        <w:spacing w:before="120" w:after="100"/>
      </w:pPr>
      <w:r>
        <w:rPr>
          <w:b/>
        </w:rPr>
        <w:t>EKLER</w:t>
      </w:r>
    </w:p>
    <w:p w14:paraId="24CD039F" w14:textId="411F6A8B" w:rsidR="00F74D15" w:rsidRDefault="0044150D">
      <w:pPr>
        <w:spacing w:after="40"/>
      </w:pPr>
      <w:r>
        <w:rPr>
          <w:color w:val="000000" w:themeColor="text1"/>
          <w:szCs w:val="20"/>
        </w:rPr>
        <w:fldChar w:fldCharType="begin">
          <w:ffData>
            <w:name w:val=""/>
            <w:enabled/>
            <w:calcOnExit w:val="0"/>
            <w:checkBox>
              <w:sizeAuto/>
              <w:default w:val="0"/>
            </w:checkBox>
          </w:ffData>
        </w:fldChar>
      </w:r>
      <w:r>
        <w:rPr>
          <w:color w:val="000000" w:themeColor="text1"/>
          <w:szCs w:val="20"/>
        </w:rPr>
        <w:instrText xml:space="preserve"> FORMCHECKBOX </w:instrText>
      </w:r>
      <w:r>
        <w:rPr>
          <w:color w:val="000000" w:themeColor="text1"/>
          <w:szCs w:val="20"/>
        </w:rPr>
      </w:r>
      <w:r>
        <w:rPr>
          <w:color w:val="000000" w:themeColor="text1"/>
          <w:szCs w:val="20"/>
        </w:rPr>
        <w:fldChar w:fldCharType="separate"/>
      </w:r>
      <w:r>
        <w:rPr>
          <w:color w:val="000000" w:themeColor="text1"/>
          <w:szCs w:val="20"/>
        </w:rPr>
        <w:fldChar w:fldCharType="end"/>
      </w:r>
      <w:r w:rsidRPr="001D40A9">
        <w:rPr>
          <w:color w:val="000000" w:themeColor="text1"/>
          <w:sz w:val="28"/>
          <w:szCs w:val="18"/>
        </w:rPr>
        <w:t xml:space="preserve"> </w:t>
      </w:r>
      <w:r>
        <w:t>T.C. kimlik kartı / nüfus cüzdanı fotokopisi</w:t>
      </w:r>
    </w:p>
    <w:p w14:paraId="6810BFBA" w14:textId="2E6CD545" w:rsidR="00F74D15" w:rsidRDefault="0044150D">
      <w:pPr>
        <w:spacing w:after="40"/>
      </w:pPr>
      <w:r>
        <w:rPr>
          <w:color w:val="000000" w:themeColor="text1"/>
          <w:szCs w:val="20"/>
        </w:rPr>
        <w:fldChar w:fldCharType="begin">
          <w:ffData>
            <w:name w:val=""/>
            <w:enabled/>
            <w:calcOnExit w:val="0"/>
            <w:checkBox>
              <w:sizeAuto/>
              <w:default w:val="0"/>
            </w:checkBox>
          </w:ffData>
        </w:fldChar>
      </w:r>
      <w:r>
        <w:rPr>
          <w:color w:val="000000" w:themeColor="text1"/>
          <w:szCs w:val="20"/>
        </w:rPr>
        <w:instrText xml:space="preserve"> FORMCHECKBOX </w:instrText>
      </w:r>
      <w:r>
        <w:rPr>
          <w:color w:val="000000" w:themeColor="text1"/>
          <w:szCs w:val="20"/>
        </w:rPr>
      </w:r>
      <w:r>
        <w:rPr>
          <w:color w:val="000000" w:themeColor="text1"/>
          <w:szCs w:val="20"/>
        </w:rPr>
        <w:fldChar w:fldCharType="separate"/>
      </w:r>
      <w:r>
        <w:rPr>
          <w:color w:val="000000" w:themeColor="text1"/>
          <w:szCs w:val="20"/>
        </w:rPr>
        <w:fldChar w:fldCharType="end"/>
      </w:r>
      <w:r w:rsidRPr="001D40A9">
        <w:rPr>
          <w:color w:val="000000" w:themeColor="text1"/>
          <w:sz w:val="28"/>
          <w:szCs w:val="18"/>
        </w:rPr>
        <w:t xml:space="preserve"> </w:t>
      </w:r>
      <w:r>
        <w:t>Adli sicil kaydı belgesi</w:t>
      </w:r>
    </w:p>
    <w:p w14:paraId="65984205" w14:textId="76F849D4" w:rsidR="00F74D15" w:rsidRDefault="0044150D">
      <w:pPr>
        <w:spacing w:after="40"/>
      </w:pPr>
      <w:r>
        <w:rPr>
          <w:color w:val="000000" w:themeColor="text1"/>
          <w:szCs w:val="20"/>
        </w:rPr>
        <w:fldChar w:fldCharType="begin">
          <w:ffData>
            <w:name w:val=""/>
            <w:enabled/>
            <w:calcOnExit w:val="0"/>
            <w:checkBox>
              <w:sizeAuto/>
              <w:default w:val="0"/>
            </w:checkBox>
          </w:ffData>
        </w:fldChar>
      </w:r>
      <w:r>
        <w:rPr>
          <w:color w:val="000000" w:themeColor="text1"/>
          <w:szCs w:val="20"/>
        </w:rPr>
        <w:instrText xml:space="preserve"> FORMCHECKBOX </w:instrText>
      </w:r>
      <w:r>
        <w:rPr>
          <w:color w:val="000000" w:themeColor="text1"/>
          <w:szCs w:val="20"/>
        </w:rPr>
      </w:r>
      <w:r>
        <w:rPr>
          <w:color w:val="000000" w:themeColor="text1"/>
          <w:szCs w:val="20"/>
        </w:rPr>
        <w:fldChar w:fldCharType="separate"/>
      </w:r>
      <w:r>
        <w:rPr>
          <w:color w:val="000000" w:themeColor="text1"/>
          <w:szCs w:val="20"/>
        </w:rPr>
        <w:fldChar w:fldCharType="end"/>
      </w:r>
      <w:r w:rsidRPr="001D40A9">
        <w:rPr>
          <w:color w:val="000000" w:themeColor="text1"/>
          <w:sz w:val="28"/>
          <w:szCs w:val="18"/>
        </w:rPr>
        <w:t xml:space="preserve"> </w:t>
      </w:r>
      <w:r>
        <w:t>Askerlik durum belgesi (ilgili adaylar için)</w:t>
      </w:r>
    </w:p>
    <w:p w14:paraId="395B2999" w14:textId="77777777" w:rsidR="002A4700" w:rsidRDefault="002A4700">
      <w:pPr>
        <w:spacing w:after="40"/>
      </w:pPr>
    </w:p>
    <w:p w14:paraId="1D29B8E6" w14:textId="77777777" w:rsidR="00F74D15" w:rsidRDefault="00000000">
      <w:pPr>
        <w:spacing w:before="180"/>
      </w:pPr>
      <w:r>
        <w:rPr>
          <w:b/>
        </w:rPr>
        <w:t xml:space="preserve">Not: </w:t>
      </w:r>
      <w:r>
        <w:rPr>
          <w:sz w:val="18"/>
        </w:rPr>
        <w:t>Başvurular, 7592 sayılı Kanun ve bu Kanun kapsamında Yükseköğretim Kurulu tarafından belirlenecek uygulama usul ve esasları çerçevesinde değerlendirilecektir. Enstitü gerekli görmesi hâlinde ilave bilgi ve belge talep edebilir.</w:t>
      </w:r>
    </w:p>
    <w:sectPr w:rsidR="00F74D15" w:rsidSect="00034616">
      <w:pgSz w:w="11906" w:h="16838"/>
      <w:pgMar w:top="765" w:right="1219" w:bottom="709"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052654069">
    <w:abstractNumId w:val="8"/>
  </w:num>
  <w:num w:numId="2" w16cid:durableId="614870266">
    <w:abstractNumId w:val="6"/>
  </w:num>
  <w:num w:numId="3" w16cid:durableId="1892501755">
    <w:abstractNumId w:val="5"/>
  </w:num>
  <w:num w:numId="4" w16cid:durableId="2145925100">
    <w:abstractNumId w:val="4"/>
  </w:num>
  <w:num w:numId="5" w16cid:durableId="558830509">
    <w:abstractNumId w:val="7"/>
  </w:num>
  <w:num w:numId="6" w16cid:durableId="11229758">
    <w:abstractNumId w:val="3"/>
  </w:num>
  <w:num w:numId="7" w16cid:durableId="1062754115">
    <w:abstractNumId w:val="2"/>
  </w:num>
  <w:num w:numId="8" w16cid:durableId="563106635">
    <w:abstractNumId w:val="1"/>
  </w:num>
  <w:num w:numId="9" w16cid:durableId="47738134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04"/>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64F6"/>
    <w:rsid w:val="0015074B"/>
    <w:rsid w:val="0029639D"/>
    <w:rsid w:val="002A4700"/>
    <w:rsid w:val="00326F90"/>
    <w:rsid w:val="0044150D"/>
    <w:rsid w:val="004A12D5"/>
    <w:rsid w:val="006060DC"/>
    <w:rsid w:val="00AA1D8D"/>
    <w:rsid w:val="00B47730"/>
    <w:rsid w:val="00CB0664"/>
    <w:rsid w:val="00F74D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2C39D7"/>
  <w14:defaultImageDpi w14:val="300"/>
  <w15:docId w15:val="{BE8FD7D6-ACFA-CE45-BD40-E230AD144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20"/>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zulkufaydemir4646@hotmail.com</cp:lastModifiedBy>
  <cp:revision>3</cp:revision>
  <dcterms:created xsi:type="dcterms:W3CDTF">2026-09-24T07:17:00Z</dcterms:created>
  <dcterms:modified xsi:type="dcterms:W3CDTF">2026-09-24T07:17:00Z</dcterms:modified>
  <cp:category/>
</cp:coreProperties>
</file>